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6B162" w14:textId="77777777" w:rsidR="00B57E0D" w:rsidRDefault="002B2C57">
      <w:pPr>
        <w:spacing w:after="20"/>
        <w:jc w:val="center"/>
      </w:pPr>
      <w:r>
        <w:rPr>
          <w:b/>
          <w:color w:val="C8642B"/>
          <w:sz w:val="40"/>
        </w:rPr>
        <w:t>PUMPKINS &amp; CAMPUS CONNECTIONS</w:t>
      </w:r>
    </w:p>
    <w:p w14:paraId="200FD6E4" w14:textId="77777777" w:rsidR="00B57E0D" w:rsidRDefault="002B2C57">
      <w:pPr>
        <w:spacing w:after="140"/>
        <w:jc w:val="center"/>
      </w:pPr>
      <w:r>
        <w:rPr>
          <w:b/>
          <w:color w:val="7A8B5A"/>
          <w:sz w:val="24"/>
        </w:rPr>
        <w:t>Campus Connection Worksheet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34"/>
      </w:tblGrid>
      <w:tr w:rsidR="00B57E0D" w14:paraId="7C8AD3F0" w14:textId="77777777">
        <w:trPr>
          <w:jc w:val="center"/>
        </w:trPr>
        <w:tc>
          <w:tcPr>
            <w:tcW w:w="10454" w:type="dxa"/>
            <w:tcBorders>
              <w:top w:val="single" w:sz="8" w:space="0" w:color="E6C9A8"/>
              <w:left w:val="single" w:sz="8" w:space="0" w:color="E6C9A8"/>
              <w:bottom w:val="single" w:sz="8" w:space="0" w:color="E6C9A8"/>
              <w:right w:val="single" w:sz="8" w:space="0" w:color="E6C9A8"/>
            </w:tcBorders>
            <w:shd w:val="clear" w:color="auto" w:fill="F6EBDD"/>
          </w:tcPr>
          <w:p w14:paraId="1AB3BDF3" w14:textId="77777777" w:rsidR="00B57E0D" w:rsidRDefault="002B2C57">
            <w:pPr>
              <w:spacing w:after="0"/>
            </w:pPr>
            <w:r>
              <w:rPr>
                <w:color w:val="4C3A2A"/>
                <w:sz w:val="20"/>
              </w:rPr>
              <w:t>While you paint your pumpkin, take a few minutes to explore Seton Hall CampusGroups. Find a few clubs, events, and opportunities that sound interesting to you. You do not have to sign up for anything today - the goal is just to see what is out there and talk about what you find.</w:t>
            </w:r>
          </w:p>
        </w:tc>
      </w:tr>
    </w:tbl>
    <w:p w14:paraId="74F19505" w14:textId="77777777" w:rsidR="00B57E0D" w:rsidRDefault="00B57E0D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B57E0D" w14:paraId="562C32CE" w14:textId="77777777">
        <w:trPr>
          <w:cantSplit/>
          <w:trHeight w:val="2203"/>
          <w:jc w:val="center"/>
        </w:trPr>
        <w:tc>
          <w:tcPr>
            <w:tcW w:w="5213" w:type="dxa"/>
            <w:tcBorders>
              <w:top w:val="single" w:sz="7" w:space="0" w:color="DDCBB7"/>
              <w:left w:val="single" w:sz="7" w:space="0" w:color="DDCBB7"/>
              <w:bottom w:val="single" w:sz="7" w:space="0" w:color="DDCBB7"/>
              <w:right w:val="single" w:sz="7" w:space="0" w:color="DDCBB7"/>
            </w:tcBorders>
            <w:shd w:val="clear" w:color="auto" w:fill="FBF7F1"/>
          </w:tcPr>
          <w:p w14:paraId="72EEE450" w14:textId="77777777" w:rsidR="00B57E0D" w:rsidRDefault="002B2C57">
            <w:pPr>
              <w:spacing w:after="80"/>
            </w:pPr>
            <w:r>
              <w:rPr>
                <w:b/>
                <w:color w:val="C8642B"/>
              </w:rPr>
              <w:t>1. A club connected to your major or career</w:t>
            </w:r>
          </w:p>
          <w:p w14:paraId="51B9C8DF" w14:textId="77777777" w:rsidR="00B57E0D" w:rsidRDefault="002B2C57">
            <w:pPr>
              <w:spacing w:after="60"/>
            </w:pPr>
            <w:r>
              <w:rPr>
                <w:b/>
                <w:color w:val="4C3A2A"/>
              </w:rPr>
              <w:t xml:space="preserve">Club/organization: </w:t>
            </w:r>
            <w:r>
              <w:rPr>
                <w:color w:val="7A6A5A"/>
              </w:rPr>
              <w:t>__________________________________</w:t>
            </w:r>
          </w:p>
          <w:p w14:paraId="5F5BFDEF" w14:textId="77777777" w:rsidR="00B57E0D" w:rsidRDefault="002B2C57">
            <w:pPr>
              <w:spacing w:after="0"/>
            </w:pPr>
            <w:r>
              <w:rPr>
                <w:b/>
                <w:color w:val="4C3A2A"/>
              </w:rPr>
              <w:t xml:space="preserve">What caught your attention? </w:t>
            </w:r>
            <w:r>
              <w:rPr>
                <w:color w:val="7A6A5A"/>
              </w:rPr>
              <w:t>_____________________________</w:t>
            </w:r>
          </w:p>
        </w:tc>
        <w:tc>
          <w:tcPr>
            <w:tcW w:w="5213" w:type="dxa"/>
            <w:tcBorders>
              <w:top w:val="single" w:sz="7" w:space="0" w:color="DDCBB7"/>
              <w:left w:val="single" w:sz="7" w:space="0" w:color="DDCBB7"/>
              <w:bottom w:val="single" w:sz="7" w:space="0" w:color="DDCBB7"/>
              <w:right w:val="single" w:sz="7" w:space="0" w:color="DDCBB7"/>
            </w:tcBorders>
            <w:shd w:val="clear" w:color="auto" w:fill="FBF7F1"/>
          </w:tcPr>
          <w:p w14:paraId="67299B61" w14:textId="77777777" w:rsidR="00B57E0D" w:rsidRDefault="002B2C57">
            <w:pPr>
              <w:spacing w:after="80"/>
            </w:pPr>
            <w:r>
              <w:rPr>
                <w:b/>
                <w:color w:val="C8642B"/>
              </w:rPr>
              <w:t>2. A club just for fun</w:t>
            </w:r>
          </w:p>
          <w:p w14:paraId="423AC51C" w14:textId="77777777" w:rsidR="00B57E0D" w:rsidRDefault="002B2C57">
            <w:pPr>
              <w:spacing w:after="60"/>
            </w:pPr>
            <w:r>
              <w:rPr>
                <w:b/>
                <w:color w:val="4C3A2A"/>
              </w:rPr>
              <w:t xml:space="preserve">Club/organization: </w:t>
            </w:r>
            <w:r>
              <w:rPr>
                <w:color w:val="7A6A5A"/>
              </w:rPr>
              <w:t>__________________________________</w:t>
            </w:r>
          </w:p>
          <w:p w14:paraId="63A89A16" w14:textId="77777777" w:rsidR="00B57E0D" w:rsidRDefault="002B2C57">
            <w:pPr>
              <w:spacing w:after="0"/>
            </w:pPr>
            <w:r>
              <w:rPr>
                <w:b/>
                <w:color w:val="4C3A2A"/>
              </w:rPr>
              <w:t xml:space="preserve">Why does it sound fun? </w:t>
            </w:r>
            <w:r>
              <w:rPr>
                <w:color w:val="7A6A5A"/>
              </w:rPr>
              <w:t>_____________________________</w:t>
            </w:r>
          </w:p>
        </w:tc>
      </w:tr>
      <w:tr w:rsidR="00B57E0D" w14:paraId="2314E091" w14:textId="77777777">
        <w:trPr>
          <w:cantSplit/>
          <w:trHeight w:val="2203"/>
          <w:jc w:val="center"/>
        </w:trPr>
        <w:tc>
          <w:tcPr>
            <w:tcW w:w="5213" w:type="dxa"/>
            <w:tcBorders>
              <w:top w:val="single" w:sz="7" w:space="0" w:color="DDCBB7"/>
              <w:left w:val="single" w:sz="7" w:space="0" w:color="DDCBB7"/>
              <w:bottom w:val="single" w:sz="7" w:space="0" w:color="DDCBB7"/>
              <w:right w:val="single" w:sz="7" w:space="0" w:color="DDCBB7"/>
            </w:tcBorders>
            <w:shd w:val="clear" w:color="auto" w:fill="FBF7F1"/>
          </w:tcPr>
          <w:p w14:paraId="78A5E97E" w14:textId="77777777" w:rsidR="00B57E0D" w:rsidRDefault="002B2C57">
            <w:pPr>
              <w:spacing w:after="80"/>
            </w:pPr>
            <w:r>
              <w:rPr>
                <w:b/>
                <w:color w:val="C8642B"/>
              </w:rPr>
              <w:t>3. An upcoming campus event</w:t>
            </w:r>
          </w:p>
          <w:p w14:paraId="0FFB6CC1" w14:textId="77777777" w:rsidR="00B57E0D" w:rsidRDefault="002B2C57">
            <w:pPr>
              <w:spacing w:after="60"/>
            </w:pPr>
            <w:r>
              <w:rPr>
                <w:b/>
                <w:color w:val="4C3A2A"/>
              </w:rPr>
              <w:t xml:space="preserve">Event: </w:t>
            </w:r>
            <w:r>
              <w:rPr>
                <w:color w:val="7A6A5A"/>
              </w:rPr>
              <w:t>__________________________________</w:t>
            </w:r>
          </w:p>
          <w:p w14:paraId="3B87E3D5" w14:textId="77777777" w:rsidR="00B57E0D" w:rsidRDefault="002B2C57">
            <w:pPr>
              <w:spacing w:after="0"/>
            </w:pPr>
            <w:r>
              <w:rPr>
                <w:b/>
                <w:color w:val="4C3A2A"/>
              </w:rPr>
              <w:t xml:space="preserve">When is it? </w:t>
            </w:r>
            <w:r>
              <w:rPr>
                <w:color w:val="7A6A5A"/>
              </w:rPr>
              <w:t>_____________________________</w:t>
            </w:r>
          </w:p>
        </w:tc>
        <w:tc>
          <w:tcPr>
            <w:tcW w:w="5213" w:type="dxa"/>
            <w:tcBorders>
              <w:top w:val="single" w:sz="7" w:space="0" w:color="DDCBB7"/>
              <w:left w:val="single" w:sz="7" w:space="0" w:color="DDCBB7"/>
              <w:bottom w:val="single" w:sz="7" w:space="0" w:color="DDCBB7"/>
              <w:right w:val="single" w:sz="7" w:space="0" w:color="DDCBB7"/>
            </w:tcBorders>
            <w:shd w:val="clear" w:color="auto" w:fill="FBF7F1"/>
          </w:tcPr>
          <w:p w14:paraId="673C334D" w14:textId="77777777" w:rsidR="00B57E0D" w:rsidRDefault="002B2C57">
            <w:pPr>
              <w:spacing w:after="80"/>
            </w:pPr>
            <w:r>
              <w:rPr>
                <w:b/>
                <w:color w:val="C8642B"/>
              </w:rPr>
              <w:t>4. A service or volunteer opportunity</w:t>
            </w:r>
          </w:p>
          <w:p w14:paraId="0B88F169" w14:textId="77777777" w:rsidR="00B57E0D" w:rsidRDefault="002B2C57">
            <w:pPr>
              <w:spacing w:after="60"/>
            </w:pPr>
            <w:r>
              <w:rPr>
                <w:b/>
                <w:color w:val="4C3A2A"/>
              </w:rPr>
              <w:t xml:space="preserve">Opportunity: </w:t>
            </w:r>
            <w:r>
              <w:rPr>
                <w:color w:val="7A6A5A"/>
              </w:rPr>
              <w:t>__________________________________</w:t>
            </w:r>
          </w:p>
          <w:p w14:paraId="1FA1F3DB" w14:textId="77777777" w:rsidR="00B57E0D" w:rsidRDefault="002B2C57">
            <w:pPr>
              <w:spacing w:after="0"/>
            </w:pPr>
            <w:r>
              <w:rPr>
                <w:b/>
                <w:color w:val="4C3A2A"/>
              </w:rPr>
              <w:t xml:space="preserve">What would you be doing? </w:t>
            </w:r>
            <w:r>
              <w:rPr>
                <w:color w:val="7A6A5A"/>
              </w:rPr>
              <w:t>_____________________________</w:t>
            </w:r>
          </w:p>
        </w:tc>
      </w:tr>
      <w:tr w:rsidR="00B57E0D" w14:paraId="78839D71" w14:textId="77777777">
        <w:trPr>
          <w:cantSplit/>
          <w:trHeight w:val="2203"/>
          <w:jc w:val="center"/>
        </w:trPr>
        <w:tc>
          <w:tcPr>
            <w:tcW w:w="5213" w:type="dxa"/>
            <w:tcBorders>
              <w:top w:val="single" w:sz="7" w:space="0" w:color="DDCBB7"/>
              <w:left w:val="single" w:sz="7" w:space="0" w:color="DDCBB7"/>
              <w:bottom w:val="single" w:sz="7" w:space="0" w:color="DDCBB7"/>
              <w:right w:val="single" w:sz="7" w:space="0" w:color="DDCBB7"/>
            </w:tcBorders>
            <w:shd w:val="clear" w:color="auto" w:fill="FBF7F1"/>
          </w:tcPr>
          <w:p w14:paraId="72F7E381" w14:textId="77777777" w:rsidR="00B57E0D" w:rsidRDefault="002B2C57">
            <w:pPr>
              <w:spacing w:after="80"/>
            </w:pPr>
            <w:r>
              <w:rPr>
                <w:b/>
                <w:color w:val="C8642B"/>
              </w:rPr>
              <w:t>5. Something you did not know SHU offered</w:t>
            </w:r>
          </w:p>
          <w:p w14:paraId="2ADFBAFC" w14:textId="77777777" w:rsidR="00B57E0D" w:rsidRDefault="002B2C57">
            <w:pPr>
              <w:spacing w:after="60"/>
            </w:pPr>
            <w:r>
              <w:rPr>
                <w:b/>
                <w:color w:val="4C3A2A"/>
              </w:rPr>
              <w:t xml:space="preserve">Resource/organization: </w:t>
            </w:r>
            <w:r>
              <w:rPr>
                <w:color w:val="7A6A5A"/>
              </w:rPr>
              <w:t>__________________________________</w:t>
            </w:r>
          </w:p>
          <w:p w14:paraId="64151768" w14:textId="77777777" w:rsidR="00B57E0D" w:rsidRDefault="002B2C57">
            <w:pPr>
              <w:spacing w:after="0"/>
            </w:pPr>
            <w:r>
              <w:rPr>
                <w:b/>
                <w:color w:val="4C3A2A"/>
              </w:rPr>
              <w:t xml:space="preserve">What did you learn? </w:t>
            </w:r>
            <w:r>
              <w:rPr>
                <w:color w:val="7A6A5A"/>
              </w:rPr>
              <w:t>_____________________________</w:t>
            </w:r>
          </w:p>
        </w:tc>
        <w:tc>
          <w:tcPr>
            <w:tcW w:w="5213" w:type="dxa"/>
            <w:tcBorders>
              <w:top w:val="single" w:sz="7" w:space="0" w:color="DDCBB7"/>
              <w:left w:val="single" w:sz="7" w:space="0" w:color="DDCBB7"/>
              <w:bottom w:val="single" w:sz="7" w:space="0" w:color="DDCBB7"/>
              <w:right w:val="single" w:sz="7" w:space="0" w:color="DDCBB7"/>
            </w:tcBorders>
            <w:shd w:val="clear" w:color="auto" w:fill="FBF7F1"/>
          </w:tcPr>
          <w:p w14:paraId="182FE406" w14:textId="77777777" w:rsidR="00B57E0D" w:rsidRDefault="002B2C57">
            <w:pPr>
              <w:spacing w:after="80"/>
            </w:pPr>
            <w:r>
              <w:rPr>
                <w:b/>
                <w:color w:val="C8642B"/>
              </w:rPr>
              <w:t>6. One thing you might actually check out</w:t>
            </w:r>
          </w:p>
          <w:p w14:paraId="004B7B99" w14:textId="77777777" w:rsidR="00B57E0D" w:rsidRDefault="002B2C57">
            <w:pPr>
              <w:spacing w:after="60"/>
            </w:pPr>
            <w:r>
              <w:rPr>
                <w:b/>
                <w:color w:val="4C3A2A"/>
              </w:rPr>
              <w:t xml:space="preserve">Club/event/resource: </w:t>
            </w:r>
            <w:r>
              <w:rPr>
                <w:color w:val="7A6A5A"/>
              </w:rPr>
              <w:t>__________________________________</w:t>
            </w:r>
          </w:p>
          <w:p w14:paraId="6AD13FA5" w14:textId="77777777" w:rsidR="00B57E0D" w:rsidRDefault="002B2C57">
            <w:pPr>
              <w:spacing w:after="0"/>
            </w:pPr>
            <w:r>
              <w:rPr>
                <w:b/>
                <w:color w:val="4C3A2A"/>
              </w:rPr>
              <w:t xml:space="preserve">Why this one? </w:t>
            </w:r>
            <w:r>
              <w:rPr>
                <w:color w:val="7A6A5A"/>
              </w:rPr>
              <w:t>_____________________________</w:t>
            </w:r>
          </w:p>
        </w:tc>
      </w:tr>
    </w:tbl>
    <w:p w14:paraId="7C31FBFF" w14:textId="378D76D2" w:rsidR="00B57E0D" w:rsidRDefault="00B57E0D" w:rsidP="00ED497B">
      <w:pPr>
        <w:spacing w:before="120" w:after="40"/>
      </w:pPr>
    </w:p>
    <w:sectPr w:rsidR="00B57E0D" w:rsidSect="00034616">
      <w:footerReference w:type="default" r:id="rId8"/>
      <w:pgSz w:w="12240" w:h="15840"/>
      <w:pgMar w:top="691" w:right="893" w:bottom="648" w:left="8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E042E" w14:textId="77777777" w:rsidR="002B2C57" w:rsidRDefault="002B2C57">
      <w:pPr>
        <w:spacing w:after="0" w:line="240" w:lineRule="auto"/>
      </w:pPr>
      <w:r>
        <w:separator/>
      </w:r>
    </w:p>
  </w:endnote>
  <w:endnote w:type="continuationSeparator" w:id="0">
    <w:p w14:paraId="36634A6B" w14:textId="77777777" w:rsidR="002B2C57" w:rsidRDefault="002B2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105E9" w14:textId="64C6BEAA" w:rsidR="00B57E0D" w:rsidRDefault="00B57E0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74F22" w14:textId="77777777" w:rsidR="002B2C57" w:rsidRDefault="002B2C57">
      <w:pPr>
        <w:spacing w:after="0" w:line="240" w:lineRule="auto"/>
      </w:pPr>
      <w:r>
        <w:separator/>
      </w:r>
    </w:p>
  </w:footnote>
  <w:footnote w:type="continuationSeparator" w:id="0">
    <w:p w14:paraId="709E008C" w14:textId="77777777" w:rsidR="002B2C57" w:rsidRDefault="002B2C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3063132">
    <w:abstractNumId w:val="8"/>
  </w:num>
  <w:num w:numId="2" w16cid:durableId="1140609900">
    <w:abstractNumId w:val="6"/>
  </w:num>
  <w:num w:numId="3" w16cid:durableId="310837612">
    <w:abstractNumId w:val="5"/>
  </w:num>
  <w:num w:numId="4" w16cid:durableId="607544875">
    <w:abstractNumId w:val="4"/>
  </w:num>
  <w:num w:numId="5" w16cid:durableId="1895896109">
    <w:abstractNumId w:val="7"/>
  </w:num>
  <w:num w:numId="6" w16cid:durableId="683476981">
    <w:abstractNumId w:val="3"/>
  </w:num>
  <w:num w:numId="7" w16cid:durableId="702944939">
    <w:abstractNumId w:val="2"/>
  </w:num>
  <w:num w:numId="8" w16cid:durableId="135029072">
    <w:abstractNumId w:val="1"/>
  </w:num>
  <w:num w:numId="9" w16cid:durableId="1574393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2C57"/>
    <w:rsid w:val="0030746B"/>
    <w:rsid w:val="00326F90"/>
    <w:rsid w:val="003C3576"/>
    <w:rsid w:val="00AA1D8D"/>
    <w:rsid w:val="00B47730"/>
    <w:rsid w:val="00B57E0D"/>
    <w:rsid w:val="00CB0664"/>
    <w:rsid w:val="00ED49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D47CDC"/>
  <w14:defaultImageDpi w14:val="300"/>
  <w15:docId w15:val="{A76D3388-B88F-4DC3-A636-0AF6369DF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Pumpkins &amp; Campus Connections Worksheet</dc:title>
  <dc:subject>RA Connecting Program Worksheet</dc:subject>
  <dc:creator>python-docx</dc:creator>
  <cp:keywords/>
  <dc:description>generated by python-docx</dc:description>
  <cp:lastModifiedBy>Maximilian C Germain</cp:lastModifiedBy>
  <cp:revision>2</cp:revision>
  <dcterms:created xsi:type="dcterms:W3CDTF">2026-09-24T19:00:00Z</dcterms:created>
  <dcterms:modified xsi:type="dcterms:W3CDTF">2026-09-24T19:00:00Z</dcterms:modified>
  <cp:category/>
</cp:coreProperties>
</file>