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315200" cy="94573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nt_your_goals_workshee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17" w:right="360" w:bottom="317" w:left="36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